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8" w:type="dxa"/>
        <w:tblLayout w:type="fixed"/>
        <w:tblLook w:firstColumn="1" w:firstRow="1" w:lastColumn="0" w:lastRow="0" w:noHBand="0" w:noVBand="1" w:val="04A0"/>
      </w:tblPr>
      <w:tblGrid>
        <w:gridCol w:w="3175"/>
        <w:gridCol w:w="3969"/>
        <w:gridCol w:w="3175"/>
      </w:tblGrid>
      <w:tr>
        <w:tc>
          <w:tcPr>
            <w:tcW w:type="dxa" w:w="3175"/>
          </w:tcPr>
          <w:p>
            <w:r>
              <w:t>Beispielfilm GmbH</w:t>
              <w:br/>
              <w:t>Kaffeerösterei · Werbespot 30 Sekunden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b/>
                <w:sz w:val="40"/>
              </w:rPr>
              <w:t>DREHTAG 2 / 3</w:t>
            </w:r>
          </w:p>
          <w:p>
            <w:pPr>
              <w:jc w:val="center"/>
            </w:pPr>
            <w:r>
              <w:t>Disposition · Fassung 2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t>Donnerstag, 15. Oktober 2026</w:t>
            </w:r>
          </w:p>
        </w:tc>
      </w:tr>
    </w:tbl>
    <w:p>
      <w:r>
        <w:rPr>
          <w:b/>
        </w:rPr>
        <w:t xml:space="preserve">Neu in Fassung 2: </w:t>
      </w:r>
      <w:r>
        <w:t>Mittag 30 Minuten früher, Pickup für Tom Keller geändert.</w:t>
      </w:r>
    </w:p>
    <w:p>
      <w:pPr>
        <w:spacing w:before="160" w:after="60"/>
      </w:pPr>
      <w:r>
        <w:rPr>
          <w:b/>
          <w:color w:val="888888"/>
          <w:sz w:val="16"/>
        </w:rPr>
        <w:t>TAGESZEITEN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CREW CALL</w:t>
            </w:r>
          </w:p>
        </w:tc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FRÜHSTÜCK</w:t>
            </w:r>
          </w:p>
        </w:tc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MITTAG</w:t>
            </w:r>
          </w:p>
        </w:tc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WRAP</w:t>
            </w:r>
          </w:p>
        </w:tc>
        <w:tc>
          <w:tcPr>
            <w:tcW w:type="dxa" w:w="2064"/>
            <w:shd w:val="clear" w:fill="F0F0F0"/>
          </w:tcPr>
          <w:p>
            <w:r>
              <w:rPr>
                <w:color w:val="666666"/>
                <w:sz w:val="13"/>
              </w:rPr>
              <w:t>DREHSCHLUSS</w:t>
            </w:r>
          </w:p>
        </w:tc>
      </w:tr>
      <w:tr>
        <w:tc>
          <w:tcPr>
            <w:tcW w:type="dxa" w:w="2064"/>
          </w:tcPr>
          <w:p>
            <w:r>
              <w:t>07:00</w:t>
            </w:r>
          </w:p>
        </w:tc>
        <w:tc>
          <w:tcPr>
            <w:tcW w:type="dxa" w:w="2064"/>
          </w:tcPr>
          <w:p>
            <w:r>
              <w:t>06:30</w:t>
            </w:r>
          </w:p>
        </w:tc>
        <w:tc>
          <w:tcPr>
            <w:tcW w:type="dxa" w:w="2064"/>
          </w:tcPr>
          <w:p>
            <w:r>
              <w:t>12:30</w:t>
            </w:r>
          </w:p>
        </w:tc>
        <w:tc>
          <w:tcPr>
            <w:tcW w:type="dxa" w:w="2064"/>
          </w:tcPr>
          <w:p>
            <w:r>
              <w:t>18:00</w:t>
            </w:r>
          </w:p>
        </w:tc>
        <w:tc>
          <w:tcPr>
            <w:tcW w:type="dxa" w:w="2064"/>
          </w:tcPr>
          <w:p>
            <w:r>
              <w:t>18:30</w:t>
            </w:r>
          </w:p>
        </w:tc>
      </w:tr>
    </w:tbl>
    <w:p>
      <w:pPr>
        <w:spacing w:before="160" w:after="60"/>
      </w:pPr>
      <w:r>
        <w:rPr>
          <w:b/>
          <w:color w:val="C0392B"/>
          <w:sz w:val="16"/>
        </w:rPr>
        <w:t>WICHTIG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>
              <w:t>Die Rösterei ist ein laufender Betrieb. Bis 10 Uhr leise arbeiten, nichts im Verkaufsraum abstellen.</w:t>
              <w:br/>
              <w:t>Kein Equipment vor dem Ladeneingang, Feuerwehrzufahrt freihalten.</w:t>
            </w:r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CALL TIMES JE GEWERK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</w:tblGrid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DIRECTOR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1. AD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DOP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CAMERA DEPT.</w:t>
            </w:r>
          </w:p>
        </w:tc>
      </w:tr>
      <w:tr>
        <w:tc>
          <w:tcPr>
            <w:tcW w:type="dxa" w:w="2580"/>
          </w:tcPr>
          <w:p>
            <w:r>
              <w:t>07:00</w:t>
            </w:r>
          </w:p>
        </w:tc>
        <w:tc>
          <w:tcPr>
            <w:tcW w:type="dxa" w:w="2580"/>
          </w:tcPr>
          <w:p>
            <w:r>
              <w:t>06:45</w:t>
            </w:r>
          </w:p>
        </w:tc>
        <w:tc>
          <w:tcPr>
            <w:tcW w:type="dxa" w:w="2580"/>
          </w:tcPr>
          <w:p>
            <w:r>
              <w:t>07:00</w:t>
            </w:r>
          </w:p>
        </w:tc>
        <w:tc>
          <w:tcPr>
            <w:tcW w:type="dxa" w:w="2580"/>
          </w:tcPr>
          <w:p>
            <w:r>
              <w:t>06:30</w:t>
            </w:r>
          </w:p>
        </w:tc>
      </w:tr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LIGHTING/OB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SOUND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HMU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KOSTÜM</w:t>
            </w:r>
          </w:p>
        </w:tc>
      </w:tr>
      <w:tr>
        <w:tc>
          <w:tcPr>
            <w:tcW w:type="dxa" w:w="2580"/>
          </w:tcPr>
          <w:p>
            <w:r>
              <w:t>06:30</w:t>
            </w:r>
          </w:p>
        </w:tc>
        <w:tc>
          <w:tcPr>
            <w:tcW w:type="dxa" w:w="2580"/>
          </w:tcPr>
          <w:p>
            <w:r>
              <w:t>07:30</w:t>
            </w:r>
          </w:p>
        </w:tc>
        <w:tc>
          <w:tcPr>
            <w:tcW w:type="dxa" w:w="2580"/>
          </w:tcPr>
          <w:p>
            <w:r>
              <w:t>06:45</w:t>
            </w:r>
          </w:p>
        </w:tc>
        <w:tc>
          <w:tcPr>
            <w:tcW w:type="dxa" w:w="2580"/>
          </w:tcPr>
          <w:p>
            <w:r>
              <w:t>07:00</w:t>
            </w:r>
          </w:p>
        </w:tc>
      </w:tr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AUFNAHMELEITUNG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PRODUCTION DESIGN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CAST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CATERING</w:t>
            </w:r>
          </w:p>
        </w:tc>
      </w:tr>
      <w:tr>
        <w:tc>
          <w:tcPr>
            <w:tcW w:type="dxa" w:w="2580"/>
          </w:tcPr>
          <w:p>
            <w:r>
              <w:t>06:00</w:t>
            </w:r>
          </w:p>
        </w:tc>
        <w:tc>
          <w:tcPr>
            <w:tcW w:type="dxa" w:w="2580"/>
          </w:tcPr>
          <w:p>
            <w:r>
              <w:t>06:30</w:t>
            </w:r>
          </w:p>
        </w:tc>
        <w:tc>
          <w:tcPr>
            <w:tcW w:type="dxa" w:w="2580"/>
          </w:tcPr>
          <w:p>
            <w:r>
              <w:t>07:30</w:t>
            </w:r>
          </w:p>
        </w:tc>
        <w:tc>
          <w:tcPr>
            <w:tcW w:type="dxa" w:w="2580"/>
          </w:tcPr>
          <w:p>
            <w:r>
              <w:t>06:00</w:t>
            </w:r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CREW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</w:tblGrid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PRODUCER:IN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DIRECTOR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DOP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1. AD</w:t>
            </w:r>
          </w:p>
        </w:tc>
      </w:tr>
      <w:tr>
        <w:tc>
          <w:tcPr>
            <w:tcW w:type="dxa" w:w="2580"/>
          </w:tcPr>
          <w:p>
            <w:r>
              <w:t>Lea Hartmann</w:t>
            </w:r>
          </w:p>
        </w:tc>
        <w:tc>
          <w:tcPr>
            <w:tcW w:type="dxa" w:w="2580"/>
          </w:tcPr>
          <w:p>
            <w:r>
              <w:t>Jonas Weber</w:t>
            </w:r>
          </w:p>
        </w:tc>
        <w:tc>
          <w:tcPr>
            <w:tcW w:type="dxa" w:w="2580"/>
          </w:tcPr>
          <w:p>
            <w:r>
              <w:t>Mara Vogt</w:t>
            </w:r>
          </w:p>
        </w:tc>
        <w:tc>
          <w:tcPr>
            <w:tcW w:type="dxa" w:w="2580"/>
          </w:tcPr>
          <w:p>
            <w:r>
              <w:t>Felix Brandt</w:t>
            </w:r>
          </w:p>
        </w:tc>
      </w:tr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AUFNAHMELEITUNG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OB/GAFFER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SOUND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MASKE/HMU</w:t>
            </w:r>
          </w:p>
        </w:tc>
      </w:tr>
      <w:tr>
        <w:tc>
          <w:tcPr>
            <w:tcW w:type="dxa" w:w="2580"/>
          </w:tcPr>
          <w:p>
            <w:r>
              <w:t>Sina Roth</w:t>
            </w:r>
          </w:p>
        </w:tc>
        <w:tc>
          <w:tcPr>
            <w:tcW w:type="dxa" w:w="2580"/>
          </w:tcPr>
          <w:p>
            <w:r>
              <w:t>Paul Krüger</w:t>
            </w:r>
          </w:p>
        </w:tc>
        <w:tc>
          <w:tcPr>
            <w:tcW w:type="dxa" w:w="2580"/>
          </w:tcPr>
          <w:p>
            <w:r>
              <w:t>Emil Sauer</w:t>
            </w:r>
          </w:p>
        </w:tc>
        <w:tc>
          <w:tcPr>
            <w:tcW w:type="dxa" w:w="2580"/>
          </w:tcPr>
          <w:p>
            <w:r>
              <w:t>Nora Lang</w:t>
            </w:r>
          </w:p>
        </w:tc>
      </w:tr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KOSTÜM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PRODUCTION DESIGN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SET-AL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FRAGEN AN</w:t>
            </w:r>
          </w:p>
        </w:tc>
      </w:tr>
      <w:tr>
        <w:tc>
          <w:tcPr>
            <w:tcW w:type="dxa" w:w="2580"/>
          </w:tcPr>
          <w:p>
            <w:r>
              <w:t>Ida Kraus</w:t>
            </w:r>
          </w:p>
        </w:tc>
        <w:tc>
          <w:tcPr>
            <w:tcW w:type="dxa" w:w="2580"/>
          </w:tcPr>
          <w:p>
            <w:r>
              <w:t>Ben Albrecht</w:t>
            </w:r>
          </w:p>
        </w:tc>
        <w:tc>
          <w:tcPr>
            <w:tcW w:type="dxa" w:w="2580"/>
          </w:tcPr>
          <w:p>
            <w:r>
              <w:t>Leon Fuchs</w:t>
            </w:r>
          </w:p>
        </w:tc>
        <w:tc>
          <w:tcPr>
            <w:tcW w:type="dxa" w:w="2580"/>
          </w:tcPr>
          <w:p>
            <w:r>
              <w:t>Sina Roth (Aufnahmeleitung)</w:t>
            </w:r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LOCATION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SET-ADRESSE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HINWEIS SET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PARKEN</w:t>
            </w:r>
          </w:p>
        </w:tc>
      </w:tr>
      <w:tr>
        <w:tc>
          <w:tcPr>
            <w:tcW w:type="dxa" w:w="3439"/>
          </w:tcPr>
          <w:p>
            <w:r>
              <w:t>Rösterei, Musterstraße 12, 70173 Stuttgart</w:t>
            </w:r>
          </w:p>
        </w:tc>
        <w:tc>
          <w:tcPr>
            <w:tcW w:type="dxa" w:w="3439"/>
          </w:tcPr>
          <w:p>
            <w:r>
              <w:t>Eingang über den Hof, Klingel „Lager“</w:t>
            </w:r>
          </w:p>
        </w:tc>
        <w:tc>
          <w:tcPr>
            <w:tcW w:type="dxa" w:w="3439"/>
          </w:tcPr>
          <w:p>
            <w:r>
              <w:t>Hof: 3 Plätze für Technik. Crew: Parkhaus Musterplatz, 5 Minuten zu Fuß</w:t>
            </w:r>
          </w:p>
        </w:tc>
      </w:tr>
      <w:tr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CATERING-ORT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WEITERER DREHORT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TREFFPUNKT</w:t>
            </w:r>
          </w:p>
        </w:tc>
      </w:tr>
      <w:tr>
        <w:tc>
          <w:tcPr>
            <w:tcW w:type="dxa" w:w="3439"/>
          </w:tcPr>
          <w:p>
            <w:r>
              <w:t>Nebenraum 1. OG</w:t>
            </w:r>
          </w:p>
        </w:tc>
        <w:tc>
          <w:tcPr>
            <w:tcW w:type="dxa" w:w="3439"/>
          </w:tcPr>
          <w:p>
            <w:r>
              <w:t>Packshot im Lager hinten</w:t>
            </w:r>
          </w:p>
        </w:tc>
        <w:tc>
          <w:tcPr>
            <w:tcW w:type="dxa" w:w="3439"/>
          </w:tcPr>
          <w:p>
            <w:r>
              <w:t>Hof, 06:30 Ausladen</w:t>
            </w:r>
          </w:p>
        </w:tc>
      </w:tr>
    </w:tbl>
    <w:p>
      <w:pPr>
        <w:spacing w:before="160" w:after="60"/>
      </w:pPr>
      <w:r>
        <w:rPr>
          <w:b/>
          <w:color w:val="C0392B"/>
          <w:sz w:val="16"/>
        </w:rPr>
        <w:t>NOTFALL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NOTRUF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POLIZEI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NÄCHSTES KRANKENHAUS</w:t>
            </w:r>
          </w:p>
        </w:tc>
      </w:tr>
      <w:tr>
        <w:tc>
          <w:tcPr>
            <w:tcW w:type="dxa" w:w="3439"/>
          </w:tcPr>
          <w:p>
            <w:r>
              <w:t>112</w:t>
            </w:r>
          </w:p>
        </w:tc>
        <w:tc>
          <w:tcPr>
            <w:tcW w:type="dxa" w:w="3439"/>
          </w:tcPr>
          <w:p>
            <w:r>
              <w:t>110</w:t>
            </w:r>
          </w:p>
        </w:tc>
        <w:tc>
          <w:tcPr>
            <w:tcW w:type="dxa" w:w="3439"/>
          </w:tcPr>
          <w:p>
            <w:r>
              <w:t>Katharinenhospital, Kriegsbergstraße 60, 70174 Stuttgart</w:t>
            </w:r>
          </w:p>
        </w:tc>
      </w:tr>
      <w:tr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ERSTHELFER:IN AM SET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APOTHEKE</w:t>
            </w:r>
          </w:p>
        </w:tc>
        <w:tc>
          <w:tcPr>
            <w:tcW w:type="dxa" w:w="3439"/>
            <w:shd w:val="clear" w:fill="F0F0F0"/>
          </w:tcPr>
          <w:p>
            <w:r>
              <w:rPr>
                <w:color w:val="666666"/>
                <w:sz w:val="13"/>
              </w:rPr>
              <w:t>ANSPRECHPARTNER DREHORT</w:t>
            </w:r>
          </w:p>
        </w:tc>
      </w:tr>
      <w:tr>
        <w:tc>
          <w:tcPr>
            <w:tcW w:type="dxa" w:w="3439"/>
          </w:tcPr>
          <w:p>
            <w:r>
              <w:t>Leon Fuchs (Set-AL)</w:t>
            </w:r>
          </w:p>
        </w:tc>
        <w:tc>
          <w:tcPr>
            <w:tcW w:type="dxa" w:w="3439"/>
          </w:tcPr>
          <w:p>
            <w:r>
              <w:t>Musterplatz 3, 4 Minuten zu Fuß</w:t>
            </w:r>
          </w:p>
        </w:tc>
        <w:tc>
          <w:tcPr>
            <w:tcW w:type="dxa" w:w="3439"/>
          </w:tcPr>
          <w:p>
            <w:r>
              <w:t>Inhaber, über die Aufnahmeleitung</w:t>
            </w:r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WETTER · STUTTGART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</w:tblGrid>
      <w:tr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TEMPERATUR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BEWÖLKUNG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SONNENAUFGANG</w:t>
            </w:r>
          </w:p>
        </w:tc>
        <w:tc>
          <w:tcPr>
            <w:tcW w:type="dxa" w:w="2580"/>
            <w:shd w:val="clear" w:fill="F0F0F0"/>
          </w:tcPr>
          <w:p>
            <w:r>
              <w:rPr>
                <w:color w:val="666666"/>
                <w:sz w:val="13"/>
              </w:rPr>
              <w:t>SONNENUNTERGANG</w:t>
            </w:r>
          </w:p>
        </w:tc>
      </w:tr>
      <w:tr>
        <w:tc>
          <w:tcPr>
            <w:tcW w:type="dxa" w:w="2580"/>
          </w:tcPr>
          <w:p>
            <w:r>
              <w:t>9 bis 14 °C</w:t>
            </w:r>
          </w:p>
        </w:tc>
        <w:tc>
          <w:tcPr>
            <w:tcW w:type="dxa" w:w="2580"/>
          </w:tcPr>
          <w:p>
            <w:r>
              <w:t>bewölkt, trocken</w:t>
            </w:r>
          </w:p>
        </w:tc>
        <w:tc>
          <w:tcPr>
            <w:tcW w:type="dxa" w:w="2580"/>
          </w:tcPr>
          <w:p>
            <w:r>
              <w:t>07:44</w:t>
            </w:r>
          </w:p>
        </w:tc>
        <w:tc>
          <w:tcPr>
            <w:tcW w:type="dxa" w:w="2580"/>
          </w:tcPr>
          <w:p>
            <w:r>
              <w:t>18:38</w:t>
            </w:r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CAST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1814"/>
        <w:gridCol w:w="1474"/>
        <w:gridCol w:w="907"/>
        <w:gridCol w:w="1701"/>
        <w:gridCol w:w="1701"/>
        <w:gridCol w:w="2721"/>
      </w:tblGrid>
      <w:tr>
        <w:tc>
          <w:tcPr>
            <w:tcW w:type="dxa" w:w="1814"/>
            <w:shd w:val="clear" w:fill="F0F0F0"/>
          </w:tcPr>
          <w:p>
            <w:r>
              <w:rPr>
                <w:b/>
                <w:sz w:val="14"/>
              </w:rPr>
              <w:t>NAME</w:t>
            </w:r>
          </w:p>
        </w:tc>
        <w:tc>
          <w:tcPr>
            <w:tcW w:type="dxa" w:w="1474"/>
            <w:shd w:val="clear" w:fill="F0F0F0"/>
          </w:tcPr>
          <w:p>
            <w:r>
              <w:rPr>
                <w:b/>
                <w:sz w:val="14"/>
              </w:rPr>
              <w:t>ROLLE</w:t>
            </w:r>
          </w:p>
        </w:tc>
        <w:tc>
          <w:tcPr>
            <w:tcW w:type="dxa" w:w="907"/>
            <w:shd w:val="clear" w:fill="F0F0F0"/>
          </w:tcPr>
          <w:p>
            <w:r>
              <w:rPr>
                <w:b/>
                <w:sz w:val="14"/>
              </w:rPr>
              <w:t>CALL</w:t>
            </w:r>
          </w:p>
        </w:tc>
        <w:tc>
          <w:tcPr>
            <w:tcW w:type="dxa" w:w="1701"/>
            <w:shd w:val="clear" w:fill="F0F0F0"/>
          </w:tcPr>
          <w:p>
            <w:r>
              <w:rPr>
                <w:b/>
                <w:sz w:val="14"/>
              </w:rPr>
              <w:t>PICKUP</w:t>
            </w:r>
          </w:p>
        </w:tc>
        <w:tc>
          <w:tcPr>
            <w:tcW w:type="dxa" w:w="1701"/>
            <w:shd w:val="clear" w:fill="F0F0F0"/>
          </w:tcPr>
          <w:p>
            <w:r>
              <w:rPr>
                <w:b/>
                <w:sz w:val="14"/>
              </w:rPr>
              <w:t>TELEFON</w:t>
            </w:r>
          </w:p>
        </w:tc>
        <w:tc>
          <w:tcPr>
            <w:tcW w:type="dxa" w:w="2721"/>
            <w:shd w:val="clear" w:fill="F0F0F0"/>
          </w:tcPr>
          <w:p>
            <w:r>
              <w:rPr>
                <w:b/>
                <w:sz w:val="14"/>
              </w:rPr>
              <w:t>NOTIZ</w:t>
            </w:r>
          </w:p>
        </w:tc>
      </w:tr>
      <w:tr>
        <w:tc>
          <w:tcPr>
            <w:tcW w:type="dxa" w:w="1814"/>
          </w:tcPr>
          <w:p>
            <w:r>
              <w:t>Anna Berger</w:t>
            </w:r>
          </w:p>
        </w:tc>
        <w:tc>
          <w:tcPr>
            <w:tcW w:type="dxa" w:w="1474"/>
          </w:tcPr>
          <w:p>
            <w:r>
              <w:t>Barista</w:t>
            </w:r>
          </w:p>
        </w:tc>
        <w:tc>
          <w:tcPr>
            <w:tcW w:type="dxa" w:w="907"/>
          </w:tcPr>
          <w:p>
            <w:r>
              <w:t>07:30</w:t>
            </w:r>
          </w:p>
        </w:tc>
        <w:tc>
          <w:tcPr>
            <w:tcW w:type="dxa" w:w="1701"/>
          </w:tcPr>
          <w:p>
            <w:r>
              <w:t>07:00 Hotel</w:t>
            </w:r>
          </w:p>
        </w:tc>
        <w:tc>
          <w:tcPr>
            <w:tcW w:type="dxa" w:w="1701"/>
          </w:tcPr>
          <w:p>
            <w:r>
              <w:t>0170 000 00 01</w:t>
            </w:r>
          </w:p>
        </w:tc>
        <w:tc>
          <w:tcPr>
            <w:tcW w:type="dxa" w:w="2721"/>
          </w:tcPr>
          <w:p>
            <w:r>
              <w:t>Maske 07:30, Kostüm 08:15</w:t>
            </w:r>
          </w:p>
        </w:tc>
      </w:tr>
      <w:tr>
        <w:tc>
          <w:tcPr>
            <w:tcW w:type="dxa" w:w="1814"/>
          </w:tcPr>
          <w:p>
            <w:r>
              <w:t>Tom Keller</w:t>
            </w:r>
          </w:p>
        </w:tc>
        <w:tc>
          <w:tcPr>
            <w:tcW w:type="dxa" w:w="1474"/>
          </w:tcPr>
          <w:p>
            <w:r>
              <w:t>Kunde</w:t>
            </w:r>
          </w:p>
        </w:tc>
        <w:tc>
          <w:tcPr>
            <w:tcW w:type="dxa" w:w="907"/>
          </w:tcPr>
          <w:p>
            <w:r>
              <w:t>10:00</w:t>
            </w:r>
          </w:p>
        </w:tc>
        <w:tc>
          <w:tcPr>
            <w:tcW w:type="dxa" w:w="1701"/>
          </w:tcPr>
          <w:p>
            <w:r>
              <w:t>09:30 Bahnhof</w:t>
            </w:r>
          </w:p>
        </w:tc>
        <w:tc>
          <w:tcPr>
            <w:tcW w:type="dxa" w:w="1701"/>
          </w:tcPr>
          <w:p>
            <w:r>
              <w:t>0170 000 00 02</w:t>
            </w:r>
          </w:p>
        </w:tc>
        <w:tc>
          <w:tcPr>
            <w:tcW w:type="dxa" w:w="2721"/>
          </w:tcPr>
          <w:p>
            <w:r>
              <w:t>eigene Jeans mitbringen</w:t>
            </w:r>
          </w:p>
        </w:tc>
      </w:tr>
      <w:tr>
        <w:tc>
          <w:tcPr>
            <w:tcW w:type="dxa" w:w="1814"/>
          </w:tcPr>
          <w:p>
            <w:r>
              <w:t>Hund Bruno</w:t>
            </w:r>
          </w:p>
        </w:tc>
        <w:tc>
          <w:tcPr>
            <w:tcW w:type="dxa" w:w="1474"/>
          </w:tcPr>
          <w:p>
            <w:r>
              <w:t>Ladenhund</w:t>
            </w:r>
          </w:p>
        </w:tc>
        <w:tc>
          <w:tcPr>
            <w:tcW w:type="dxa" w:w="907"/>
          </w:tcPr>
          <w:p>
            <w:r>
              <w:t>14:00</w:t>
            </w:r>
          </w:p>
        </w:tc>
        <w:tc>
          <w:tcPr>
            <w:tcW w:type="dxa" w:w="1701"/>
          </w:tcPr>
          <w:p>
            <w:r>
              <w:t>mit Halterin</w:t>
            </w:r>
          </w:p>
        </w:tc>
        <w:tc>
          <w:tcPr>
            <w:tcW w:type="dxa" w:w="1701"/>
          </w:tcPr>
          <w:p>
            <w:r>
              <w:t>0170 000 00 03</w:t>
            </w:r>
          </w:p>
        </w:tc>
        <w:tc>
          <w:tcPr>
            <w:tcW w:type="dxa" w:w="2721"/>
          </w:tcPr>
          <w:p>
            <w:r>
              <w:t>Wasser und Decke am Set</w:t>
            </w:r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ABLAUF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850"/>
        <w:gridCol w:w="964"/>
        <w:gridCol w:w="4082"/>
        <w:gridCol w:w="1701"/>
        <w:gridCol w:w="1587"/>
        <w:gridCol w:w="1134"/>
      </w:tblGrid>
      <w:tr>
        <w:tc>
          <w:tcPr>
            <w:tcW w:type="dxa" w:w="850"/>
            <w:shd w:val="clear" w:fill="F0F0F0"/>
          </w:tcPr>
          <w:p>
            <w:r>
              <w:rPr>
                <w:b/>
                <w:sz w:val="14"/>
              </w:rPr>
              <w:t>START</w:t>
            </w:r>
          </w:p>
        </w:tc>
        <w:tc>
          <w:tcPr>
            <w:tcW w:type="dxa" w:w="964"/>
            <w:shd w:val="clear" w:fill="F0F0F0"/>
          </w:tcPr>
          <w:p>
            <w:r>
              <w:rPr>
                <w:b/>
                <w:sz w:val="14"/>
              </w:rPr>
              <w:t>DAUER</w:t>
            </w:r>
          </w:p>
        </w:tc>
        <w:tc>
          <w:tcPr>
            <w:tcW w:type="dxa" w:w="4082"/>
            <w:shd w:val="clear" w:fill="F0F0F0"/>
          </w:tcPr>
          <w:p>
            <w:r>
              <w:rPr>
                <w:b/>
                <w:sz w:val="14"/>
              </w:rPr>
              <w:t>BESCHREIBUNG</w:t>
            </w:r>
          </w:p>
        </w:tc>
        <w:tc>
          <w:tcPr>
            <w:tcW w:type="dxa" w:w="1701"/>
            <w:shd w:val="clear" w:fill="F0F0F0"/>
          </w:tcPr>
          <w:p>
            <w:r>
              <w:rPr>
                <w:b/>
                <w:sz w:val="14"/>
              </w:rPr>
              <w:t>LOCATION</w:t>
            </w:r>
          </w:p>
        </w:tc>
        <w:tc>
          <w:tcPr>
            <w:tcW w:type="dxa" w:w="1587"/>
            <w:shd w:val="clear" w:fill="F0F0F0"/>
          </w:tcPr>
          <w:p>
            <w:r>
              <w:rPr>
                <w:b/>
                <w:sz w:val="14"/>
              </w:rPr>
              <w:t>TALENT</w:t>
            </w:r>
          </w:p>
        </w:tc>
        <w:tc>
          <w:tcPr>
            <w:tcW w:type="dxa" w:w="1134"/>
            <w:shd w:val="clear" w:fill="F0F0F0"/>
          </w:tcPr>
          <w:p>
            <w:r>
              <w:rPr>
                <w:b/>
                <w:sz w:val="14"/>
              </w:rPr>
              <w:t>KAMERA</w:t>
            </w:r>
          </w:p>
        </w:tc>
      </w:tr>
      <w:tr>
        <w:tc>
          <w:tcPr>
            <w:tcW w:type="dxa" w:w="850"/>
          </w:tcPr>
          <w:p>
            <w:r>
              <w:t>08:00</w:t>
            </w:r>
          </w:p>
        </w:tc>
        <w:tc>
          <w:tcPr>
            <w:tcW w:type="dxa" w:w="964"/>
          </w:tcPr>
          <w:p>
            <w:r>
              <w:t>60 min</w:t>
            </w:r>
          </w:p>
        </w:tc>
        <w:tc>
          <w:tcPr>
            <w:tcW w:type="dxa" w:w="4082"/>
          </w:tcPr>
          <w:p>
            <w:r>
              <w:t>Einleuchten Totale Theke</w:t>
            </w:r>
          </w:p>
        </w:tc>
        <w:tc>
          <w:tcPr>
            <w:tcW w:type="dxa" w:w="1701"/>
          </w:tcPr>
          <w:p>
            <w:r>
              <w:t>Verkaufsraum</w:t>
            </w:r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>
              <w:t>A</w:t>
            </w:r>
          </w:p>
        </w:tc>
      </w:tr>
      <w:tr>
        <w:tc>
          <w:tcPr>
            <w:tcW w:type="dxa" w:w="850"/>
          </w:tcPr>
          <w:p>
            <w:r>
              <w:t>09:00</w:t>
            </w:r>
          </w:p>
        </w:tc>
        <w:tc>
          <w:tcPr>
            <w:tcW w:type="dxa" w:w="964"/>
          </w:tcPr>
          <w:p>
            <w:r>
              <w:t>45 min</w:t>
            </w:r>
          </w:p>
        </w:tc>
        <w:tc>
          <w:tcPr>
            <w:tcW w:type="dxa" w:w="4082"/>
          </w:tcPr>
          <w:p>
            <w:r>
              <w:t>SH 1 · Totale, Barista öffnet den Laden</w:t>
            </w:r>
          </w:p>
        </w:tc>
        <w:tc>
          <w:tcPr>
            <w:tcW w:type="dxa" w:w="1701"/>
          </w:tcPr>
          <w:p>
            <w:r>
              <w:t>Verkaufsraum</w:t>
            </w:r>
          </w:p>
        </w:tc>
        <w:tc>
          <w:tcPr>
            <w:tcW w:type="dxa" w:w="1587"/>
          </w:tcPr>
          <w:p>
            <w:r>
              <w:t>Anna</w:t>
            </w:r>
          </w:p>
        </w:tc>
        <w:tc>
          <w:tcPr>
            <w:tcW w:type="dxa" w:w="1134"/>
          </w:tcPr>
          <w:p>
            <w:r>
              <w:t>A</w:t>
            </w:r>
          </w:p>
        </w:tc>
      </w:tr>
      <w:tr>
        <w:tc>
          <w:tcPr>
            <w:tcW w:type="dxa" w:w="850"/>
          </w:tcPr>
          <w:p>
            <w:r>
              <w:t>09:45</w:t>
            </w:r>
          </w:p>
        </w:tc>
        <w:tc>
          <w:tcPr>
            <w:tcW w:type="dxa" w:w="964"/>
          </w:tcPr>
          <w:p>
            <w:r>
              <w:t>30 min</w:t>
            </w:r>
          </w:p>
        </w:tc>
        <w:tc>
          <w:tcPr>
            <w:tcW w:type="dxa" w:w="4082"/>
          </w:tcPr>
          <w:p>
            <w:r>
              <w:t>SH 2 · Nah, Hände am Siebträger</w:t>
            </w:r>
          </w:p>
        </w:tc>
        <w:tc>
          <w:tcPr>
            <w:tcW w:type="dxa" w:w="1701"/>
          </w:tcPr>
          <w:p>
            <w:r>
              <w:t>Theke</w:t>
            </w:r>
          </w:p>
        </w:tc>
        <w:tc>
          <w:tcPr>
            <w:tcW w:type="dxa" w:w="1587"/>
          </w:tcPr>
          <w:p>
            <w:r>
              <w:t>Anna</w:t>
            </w:r>
          </w:p>
        </w:tc>
        <w:tc>
          <w:tcPr>
            <w:tcW w:type="dxa" w:w="1134"/>
          </w:tcPr>
          <w:p>
            <w:r>
              <w:t>A</w:t>
            </w:r>
          </w:p>
        </w:tc>
      </w:tr>
      <w:tr>
        <w:tc>
          <w:tcPr>
            <w:tcW w:type="dxa" w:w="850"/>
          </w:tcPr>
          <w:p>
            <w:r>
              <w:t>10:15</w:t>
            </w:r>
          </w:p>
        </w:tc>
        <w:tc>
          <w:tcPr>
            <w:tcW w:type="dxa" w:w="964"/>
          </w:tcPr>
          <w:p>
            <w:r>
              <w:t>15 min</w:t>
            </w:r>
          </w:p>
        </w:tc>
        <w:tc>
          <w:tcPr>
            <w:tcW w:type="dxa" w:w="4082"/>
          </w:tcPr>
          <w:p>
            <w:r>
              <w:t>Umbau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>
              <w:t>10:30</w:t>
            </w:r>
          </w:p>
        </w:tc>
        <w:tc>
          <w:tcPr>
            <w:tcW w:type="dxa" w:w="964"/>
          </w:tcPr>
          <w:p>
            <w:r>
              <w:t>60 min</w:t>
            </w:r>
          </w:p>
        </w:tc>
        <w:tc>
          <w:tcPr>
            <w:tcW w:type="dxa" w:w="4082"/>
          </w:tcPr>
          <w:p>
            <w:r>
              <w:t>SH 3 · Kunde betritt den Laden</w:t>
            </w:r>
          </w:p>
        </w:tc>
        <w:tc>
          <w:tcPr>
            <w:tcW w:type="dxa" w:w="1701"/>
          </w:tcPr>
          <w:p>
            <w:r>
              <w:t>Eingang</w:t>
            </w:r>
          </w:p>
        </w:tc>
        <w:tc>
          <w:tcPr>
            <w:tcW w:type="dxa" w:w="1587"/>
          </w:tcPr>
          <w:p>
            <w:r>
              <w:t>Anna, Tom</w:t>
            </w:r>
          </w:p>
        </w:tc>
        <w:tc>
          <w:tcPr>
            <w:tcW w:type="dxa" w:w="1134"/>
          </w:tcPr>
          <w:p>
            <w:r>
              <w:t>A + B</w:t>
            </w:r>
          </w:p>
        </w:tc>
      </w:tr>
      <w:tr>
        <w:tc>
          <w:tcPr>
            <w:tcW w:type="dxa" w:w="850"/>
          </w:tcPr>
          <w:p>
            <w:r>
              <w:t>11:30</w:t>
            </w:r>
          </w:p>
        </w:tc>
        <w:tc>
          <w:tcPr>
            <w:tcW w:type="dxa" w:w="964"/>
          </w:tcPr>
          <w:p>
            <w:r>
              <w:t>60 min</w:t>
            </w:r>
          </w:p>
        </w:tc>
        <w:tc>
          <w:tcPr>
            <w:tcW w:type="dxa" w:w="4082"/>
          </w:tcPr>
          <w:p>
            <w:r>
              <w:t>SH 4 und 5 · Dialog an der Theke, Schuss und Gegenschuss</w:t>
            </w:r>
          </w:p>
        </w:tc>
        <w:tc>
          <w:tcPr>
            <w:tcW w:type="dxa" w:w="1701"/>
          </w:tcPr>
          <w:p>
            <w:r>
              <w:t>Theke</w:t>
            </w:r>
          </w:p>
        </w:tc>
        <w:tc>
          <w:tcPr>
            <w:tcW w:type="dxa" w:w="1587"/>
          </w:tcPr>
          <w:p>
            <w:r>
              <w:t>Anna, Tom</w:t>
            </w:r>
          </w:p>
        </w:tc>
        <w:tc>
          <w:tcPr>
            <w:tcW w:type="dxa" w:w="1134"/>
          </w:tcPr>
          <w:p>
            <w:r>
              <w:t>A</w:t>
            </w:r>
          </w:p>
        </w:tc>
      </w:tr>
      <w:tr>
        <w:tc>
          <w:tcPr>
            <w:tcW w:type="dxa" w:w="850"/>
          </w:tcPr>
          <w:p>
            <w:r>
              <w:t>12:30</w:t>
            </w:r>
          </w:p>
        </w:tc>
        <w:tc>
          <w:tcPr>
            <w:tcW w:type="dxa" w:w="964"/>
          </w:tcPr>
          <w:p>
            <w:r>
              <w:t>45 min</w:t>
            </w:r>
          </w:p>
        </w:tc>
        <w:tc>
          <w:tcPr>
            <w:tcW w:type="dxa" w:w="4082"/>
          </w:tcPr>
          <w:p>
            <w:r>
              <w:t>Mittag</w:t>
            </w:r>
          </w:p>
        </w:tc>
        <w:tc>
          <w:tcPr>
            <w:tcW w:type="dxa" w:w="1701"/>
          </w:tcPr>
          <w:p>
            <w:r>
              <w:t>Nebenraum 1. OG</w:t>
            </w:r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>
              <w:t>13:15</w:t>
            </w:r>
          </w:p>
        </w:tc>
        <w:tc>
          <w:tcPr>
            <w:tcW w:type="dxa" w:w="964"/>
          </w:tcPr>
          <w:p>
            <w:r>
              <w:t>45 min</w:t>
            </w:r>
          </w:p>
        </w:tc>
        <w:tc>
          <w:tcPr>
            <w:tcW w:type="dxa" w:w="4082"/>
          </w:tcPr>
          <w:p>
            <w:r>
              <w:t>SH 6 · Röstmaschine, Bohnen fallen (Zeitlupe)</w:t>
            </w:r>
          </w:p>
        </w:tc>
        <w:tc>
          <w:tcPr>
            <w:tcW w:type="dxa" w:w="1701"/>
          </w:tcPr>
          <w:p>
            <w:r>
              <w:t>Rösterei</w:t>
            </w:r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>
              <w:t>A 120 fps</w:t>
            </w:r>
          </w:p>
        </w:tc>
      </w:tr>
      <w:tr>
        <w:tc>
          <w:tcPr>
            <w:tcW w:type="dxa" w:w="850"/>
          </w:tcPr>
          <w:p>
            <w:r>
              <w:t>14:00</w:t>
            </w:r>
          </w:p>
        </w:tc>
        <w:tc>
          <w:tcPr>
            <w:tcW w:type="dxa" w:w="964"/>
          </w:tcPr>
          <w:p>
            <w:r>
              <w:t>60 min</w:t>
            </w:r>
          </w:p>
        </w:tc>
        <w:tc>
          <w:tcPr>
            <w:tcW w:type="dxa" w:w="4082"/>
          </w:tcPr>
          <w:p>
            <w:r>
              <w:t>SH 7 · Ladenhund unter dem Tresen</w:t>
            </w:r>
          </w:p>
        </w:tc>
        <w:tc>
          <w:tcPr>
            <w:tcW w:type="dxa" w:w="1701"/>
          </w:tcPr>
          <w:p>
            <w:r>
              <w:t>Verkaufsraum</w:t>
            </w:r>
          </w:p>
        </w:tc>
        <w:tc>
          <w:tcPr>
            <w:tcW w:type="dxa" w:w="1587"/>
          </w:tcPr>
          <w:p>
            <w:r>
              <w:t>Bruno, Anna</w:t>
            </w:r>
          </w:p>
        </w:tc>
        <w:tc>
          <w:tcPr>
            <w:tcW w:type="dxa" w:w="1134"/>
          </w:tcPr>
          <w:p>
            <w:r>
              <w:t>B</w:t>
            </w:r>
          </w:p>
        </w:tc>
      </w:tr>
      <w:tr>
        <w:tc>
          <w:tcPr>
            <w:tcW w:type="dxa" w:w="850"/>
          </w:tcPr>
          <w:p>
            <w:r>
              <w:t>15:00</w:t>
            </w:r>
          </w:p>
        </w:tc>
        <w:tc>
          <w:tcPr>
            <w:tcW w:type="dxa" w:w="964"/>
          </w:tcPr>
          <w:p>
            <w:r>
              <w:t>90 min</w:t>
            </w:r>
          </w:p>
        </w:tc>
        <w:tc>
          <w:tcPr>
            <w:tcW w:type="dxa" w:w="4082"/>
          </w:tcPr>
          <w:p>
            <w:r>
              <w:t>SH 8 · Fensterplatz, Abendlicht vorbereiten</w:t>
            </w:r>
          </w:p>
        </w:tc>
        <w:tc>
          <w:tcPr>
            <w:tcW w:type="dxa" w:w="1701"/>
          </w:tcPr>
          <w:p>
            <w:r>
              <w:t>Fenster</w:t>
            </w:r>
          </w:p>
        </w:tc>
        <w:tc>
          <w:tcPr>
            <w:tcW w:type="dxa" w:w="1587"/>
          </w:tcPr>
          <w:p>
            <w:r>
              <w:t>Tom</w:t>
            </w:r>
          </w:p>
        </w:tc>
        <w:tc>
          <w:tcPr>
            <w:tcW w:type="dxa" w:w="1134"/>
          </w:tcPr>
          <w:p>
            <w:r>
              <w:t>A</w:t>
            </w:r>
          </w:p>
        </w:tc>
      </w:tr>
      <w:tr>
        <w:tc>
          <w:tcPr>
            <w:tcW w:type="dxa" w:w="850"/>
          </w:tcPr>
          <w:p>
            <w:r>
              <w:t>16:30</w:t>
            </w:r>
          </w:p>
        </w:tc>
        <w:tc>
          <w:tcPr>
            <w:tcW w:type="dxa" w:w="964"/>
          </w:tcPr>
          <w:p>
            <w:r>
              <w:t>60 min</w:t>
            </w:r>
          </w:p>
        </w:tc>
        <w:tc>
          <w:tcPr>
            <w:tcW w:type="dxa" w:w="4082"/>
          </w:tcPr>
          <w:p>
            <w:r>
              <w:t>Packshot Kaffeebecher und Tüte</w:t>
            </w:r>
          </w:p>
        </w:tc>
        <w:tc>
          <w:tcPr>
            <w:tcW w:type="dxa" w:w="1701"/>
          </w:tcPr>
          <w:p>
            <w:r>
              <w:t>Lager hinten</w:t>
            </w:r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>
              <w:t>A</w:t>
            </w:r>
          </w:p>
        </w:tc>
      </w:tr>
      <w:tr>
        <w:tc>
          <w:tcPr>
            <w:tcW w:type="dxa" w:w="850"/>
          </w:tcPr>
          <w:p>
            <w:r>
              <w:t>17:30</w:t>
            </w:r>
          </w:p>
        </w:tc>
        <w:tc>
          <w:tcPr>
            <w:tcW w:type="dxa" w:w="964"/>
          </w:tcPr>
          <w:p>
            <w:r>
              <w:t>30 min</w:t>
            </w:r>
          </w:p>
        </w:tc>
        <w:tc>
          <w:tcPr>
            <w:tcW w:type="dxa" w:w="4082"/>
          </w:tcPr>
          <w:p>
            <w:r>
              <w:t>Reserve und Wildtracks Ton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</w:tr>
    </w:tbl>
    <w:p>
      <w:pPr>
        <w:spacing w:before="160" w:after="60"/>
      </w:pPr>
      <w:r>
        <w:rPr>
          <w:b/>
          <w:color w:val="888888"/>
          <w:sz w:val="16"/>
        </w:rPr>
        <w:t>NOTIZEN</w:t>
      </w:r>
    </w:p>
    <w:tbl>
      <w:tblPr>
        <w:tblStyle w:val="TableGrid"/>
        <w:tblW w:w="10318" w:type="dxa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>
              <w:t>Rückfragen bitte bis Mittwoch 18 Uhr an die Aufnahmeleitung. Morgen Drehtag 3, Dispo kommt heute Abend.</w:t>
            </w:r>
          </w:p>
        </w:tc>
      </w:tr>
    </w:tbl>
    <w:p>
      <w:pPr>
        <w:spacing w:before="160"/>
        <w:jc w:val="center"/>
      </w:pPr>
      <w:r>
        <w:rPr>
          <w:color w:val="999999"/>
          <w:sz w:val="14"/>
        </w:rPr>
        <w:t>Vorlage von cinedash.app · In Cinedash entsteht die Dispo aus dem Drehplan, mit Wetter, Sonnenzeiten und Krankenhaus.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 Vorlage</dc:title>
  <dc:subject/>
  <dc:creator>Cinedash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