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8" w:type="dxa"/>
        <w:tblLayout w:type="fixed"/>
        <w:tblLook w:firstColumn="1" w:firstRow="1" w:lastColumn="0" w:lastRow="0" w:noHBand="0" w:noVBand="1" w:val="04A0"/>
      </w:tblPr>
      <w:tblGrid>
        <w:gridCol w:w="3175"/>
        <w:gridCol w:w="3969"/>
        <w:gridCol w:w="3175"/>
      </w:tblGrid>
      <w:tr>
        <w:tc>
          <w:tcPr>
            <w:tcW w:type="dxa" w:w="3175"/>
          </w:tcPr>
          <w:p>
            <w:r>
              <w:t>Produktionsfirma</w:t>
              <w:br/>
              <w:t>Projekt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b/>
                <w:sz w:val="40"/>
              </w:rPr>
              <w:t>DREHTAG __</w:t>
            </w:r>
          </w:p>
          <w:p>
            <w:pPr>
              <w:jc w:val="center"/>
            </w:pPr>
            <w:r>
              <w:t>Disposition · Fassung __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t>Datum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TAGESZEITEN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CREW CALL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FRÜHSTÜCK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MITTAG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WRAP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DREHSCHLUSS</w:t>
            </w:r>
          </w:p>
        </w:tc>
      </w:tr>
      <w:tr>
        <w:tc>
          <w:tcPr>
            <w:tcW w:type="dxa" w:w="2064"/>
          </w:tcPr>
          <w:p>
            <w:r/>
          </w:p>
        </w:tc>
        <w:tc>
          <w:tcPr>
            <w:tcW w:type="dxa" w:w="2064"/>
          </w:tcPr>
          <w:p>
            <w:r/>
          </w:p>
        </w:tc>
        <w:tc>
          <w:tcPr>
            <w:tcW w:type="dxa" w:w="2064"/>
          </w:tcPr>
          <w:p>
            <w:r/>
          </w:p>
        </w:tc>
        <w:tc>
          <w:tcPr>
            <w:tcW w:type="dxa" w:w="2064"/>
          </w:tcPr>
          <w:p>
            <w:r/>
          </w:p>
        </w:tc>
        <w:tc>
          <w:tcPr>
            <w:tcW w:type="dxa" w:w="2064"/>
          </w:tcPr>
          <w:p>
            <w:r/>
          </w:p>
        </w:tc>
      </w:tr>
    </w:tbl>
    <w:p>
      <w:pPr>
        <w:spacing w:before="160" w:after="60"/>
      </w:pPr>
      <w:r>
        <w:rPr>
          <w:b/>
          <w:color w:val="C0392B"/>
          <w:sz w:val="16"/>
        </w:rPr>
        <w:t>WICHTIG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>
              <w:br/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CALL TIMES JE GEWERK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</w:tblGrid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DIRECTOR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1. AD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DOP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CAMERA DEPT.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LIGHTING/OB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SOUND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HMU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KOSTÜM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AUFNAHMELEITUNG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PRODUCTION DESIGN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CAST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CATERING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CREW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</w:tblGrid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PRODUCER:IN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DIRECTOR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DOP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1. AD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AUFNAHMELEITUNG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OB/GAFFER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SOUND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MASKE/HMU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KOSTÜM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PRODUCTION DESIGN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SET-AL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FRAGEN AN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LOCATION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SET-ADRESSE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HINWEIS SET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PARKEN</w:t>
            </w:r>
          </w:p>
        </w:tc>
      </w:tr>
      <w:tr>
        <w:tc>
          <w:tcPr>
            <w:tcW w:type="dxa" w:w="3439"/>
          </w:tcPr>
          <w:p>
            <w:r/>
          </w:p>
        </w:tc>
        <w:tc>
          <w:tcPr>
            <w:tcW w:type="dxa" w:w="3439"/>
          </w:tcPr>
          <w:p>
            <w:r/>
          </w:p>
        </w:tc>
        <w:tc>
          <w:tcPr>
            <w:tcW w:type="dxa" w:w="3439"/>
          </w:tcPr>
          <w:p>
            <w:r/>
          </w:p>
        </w:tc>
      </w:tr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CATERING-ORT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WEITERER DREHORT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TREFFPUNKT</w:t>
            </w:r>
          </w:p>
        </w:tc>
      </w:tr>
      <w:tr>
        <w:tc>
          <w:tcPr>
            <w:tcW w:type="dxa" w:w="3439"/>
          </w:tcPr>
          <w:p>
            <w:r/>
          </w:p>
        </w:tc>
        <w:tc>
          <w:tcPr>
            <w:tcW w:type="dxa" w:w="3439"/>
          </w:tcPr>
          <w:p>
            <w:r/>
          </w:p>
        </w:tc>
        <w:tc>
          <w:tcPr>
            <w:tcW w:type="dxa" w:w="3439"/>
          </w:tcPr>
          <w:p>
            <w:r/>
          </w:p>
        </w:tc>
      </w:tr>
    </w:tbl>
    <w:p>
      <w:pPr>
        <w:spacing w:before="160" w:after="60"/>
      </w:pPr>
      <w:r>
        <w:rPr>
          <w:b/>
          <w:color w:val="C0392B"/>
          <w:sz w:val="16"/>
        </w:rPr>
        <w:t>NOTFALL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NOTRUF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POLIZEI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NÄCHSTES KRANKENHAUS</w:t>
            </w:r>
          </w:p>
        </w:tc>
      </w:tr>
      <w:tr>
        <w:tc>
          <w:tcPr>
            <w:tcW w:type="dxa" w:w="3439"/>
          </w:tcPr>
          <w:p>
            <w:r>
              <w:t>112</w:t>
            </w:r>
          </w:p>
        </w:tc>
        <w:tc>
          <w:tcPr>
            <w:tcW w:type="dxa" w:w="3439"/>
          </w:tcPr>
          <w:p>
            <w:r>
              <w:t>110</w:t>
            </w:r>
          </w:p>
        </w:tc>
        <w:tc>
          <w:tcPr>
            <w:tcW w:type="dxa" w:w="3439"/>
          </w:tcPr>
          <w:p>
            <w:r/>
          </w:p>
        </w:tc>
      </w:tr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ERSTHELFER:IN AM SET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APOTHEKE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ANSPRECHPARTNER DREHORT</w:t>
            </w:r>
          </w:p>
        </w:tc>
      </w:tr>
      <w:tr>
        <w:tc>
          <w:tcPr>
            <w:tcW w:type="dxa" w:w="3439"/>
          </w:tcPr>
          <w:p>
            <w:r/>
          </w:p>
        </w:tc>
        <w:tc>
          <w:tcPr>
            <w:tcW w:type="dxa" w:w="3439"/>
          </w:tcPr>
          <w:p>
            <w:r/>
          </w:p>
        </w:tc>
        <w:tc>
          <w:tcPr>
            <w:tcW w:type="dxa" w:w="3439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WETTER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</w:tblGrid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TEMPERATUR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BEWÖLKUNG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SONNENAUFGANG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SONNENUNTERGANG</w:t>
            </w:r>
          </w:p>
        </w:tc>
      </w:tr>
      <w:tr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  <w:tc>
          <w:tcPr>
            <w:tcW w:type="dxa" w:w="2580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CAST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1814"/>
        <w:gridCol w:w="1474"/>
        <w:gridCol w:w="907"/>
        <w:gridCol w:w="1701"/>
        <w:gridCol w:w="1701"/>
        <w:gridCol w:w="2721"/>
      </w:tblGrid>
      <w:tr>
        <w:tc>
          <w:tcPr>
            <w:tcW w:type="dxa" w:w="1814"/>
            <w:shd w:val="clear" w:fill="F0F0F0"/>
          </w:tcPr>
          <w:p>
            <w:r>
              <w:rPr>
                <w:b/>
                <w:sz w:val="14"/>
              </w:rPr>
              <w:t>NAME</w:t>
            </w:r>
          </w:p>
        </w:tc>
        <w:tc>
          <w:tcPr>
            <w:tcW w:type="dxa" w:w="1474"/>
            <w:shd w:val="clear" w:fill="F0F0F0"/>
          </w:tcPr>
          <w:p>
            <w:r>
              <w:rPr>
                <w:b/>
                <w:sz w:val="14"/>
              </w:rPr>
              <w:t>ROLLE</w:t>
            </w:r>
          </w:p>
        </w:tc>
        <w:tc>
          <w:tcPr>
            <w:tcW w:type="dxa" w:w="907"/>
            <w:shd w:val="clear" w:fill="F0F0F0"/>
          </w:tcPr>
          <w:p>
            <w:r>
              <w:rPr>
                <w:b/>
                <w:sz w:val="14"/>
              </w:rPr>
              <w:t>CALL</w:t>
            </w:r>
          </w:p>
        </w:tc>
        <w:tc>
          <w:tcPr>
            <w:tcW w:type="dxa" w:w="1701"/>
            <w:shd w:val="clear" w:fill="F0F0F0"/>
          </w:tcPr>
          <w:p>
            <w:r>
              <w:rPr>
                <w:b/>
                <w:sz w:val="14"/>
              </w:rPr>
              <w:t>PICKUP</w:t>
            </w:r>
          </w:p>
        </w:tc>
        <w:tc>
          <w:tcPr>
            <w:tcW w:type="dxa" w:w="1701"/>
            <w:shd w:val="clear" w:fill="F0F0F0"/>
          </w:tcPr>
          <w:p>
            <w:r>
              <w:rPr>
                <w:b/>
                <w:sz w:val="14"/>
              </w:rPr>
              <w:t>TELEFON</w:t>
            </w:r>
          </w:p>
        </w:tc>
        <w:tc>
          <w:tcPr>
            <w:tcW w:type="dxa" w:w="2721"/>
            <w:shd w:val="clear" w:fill="F0F0F0"/>
          </w:tcPr>
          <w:p>
            <w:r>
              <w:rPr>
                <w:b/>
                <w:sz w:val="14"/>
              </w:rPr>
              <w:t>NOTIZ</w:t>
            </w:r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721"/>
          </w:tcPr>
          <w:p>
            <w:r/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721"/>
          </w:tcPr>
          <w:p>
            <w:r/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721"/>
          </w:tcPr>
          <w:p>
            <w:r/>
          </w:p>
        </w:tc>
      </w:tr>
      <w:tr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721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ABLAUF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850"/>
        <w:gridCol w:w="964"/>
        <w:gridCol w:w="4082"/>
        <w:gridCol w:w="1701"/>
        <w:gridCol w:w="1587"/>
        <w:gridCol w:w="1134"/>
      </w:tblGrid>
      <w:tr>
        <w:tc>
          <w:tcPr>
            <w:tcW w:type="dxa" w:w="850"/>
            <w:shd w:val="clear" w:fill="F0F0F0"/>
          </w:tcPr>
          <w:p>
            <w:r>
              <w:rPr>
                <w:b/>
                <w:sz w:val="14"/>
              </w:rPr>
              <w:t>START</w:t>
            </w:r>
          </w:p>
        </w:tc>
        <w:tc>
          <w:tcPr>
            <w:tcW w:type="dxa" w:w="964"/>
            <w:shd w:val="clear" w:fill="F0F0F0"/>
          </w:tcPr>
          <w:p>
            <w:r>
              <w:rPr>
                <w:b/>
                <w:sz w:val="14"/>
              </w:rPr>
              <w:t>DAUER</w:t>
            </w:r>
          </w:p>
        </w:tc>
        <w:tc>
          <w:tcPr>
            <w:tcW w:type="dxa" w:w="4082"/>
            <w:shd w:val="clear" w:fill="F0F0F0"/>
          </w:tcPr>
          <w:p>
            <w:r>
              <w:rPr>
                <w:b/>
                <w:sz w:val="14"/>
              </w:rPr>
              <w:t>BESCHREIBUNG</w:t>
            </w:r>
          </w:p>
        </w:tc>
        <w:tc>
          <w:tcPr>
            <w:tcW w:type="dxa" w:w="1701"/>
            <w:shd w:val="clear" w:fill="F0F0F0"/>
          </w:tcPr>
          <w:p>
            <w:r>
              <w:rPr>
                <w:b/>
                <w:sz w:val="14"/>
              </w:rPr>
              <w:t>LOCATION</w:t>
            </w:r>
          </w:p>
        </w:tc>
        <w:tc>
          <w:tcPr>
            <w:tcW w:type="dxa" w:w="1587"/>
            <w:shd w:val="clear" w:fill="F0F0F0"/>
          </w:tcPr>
          <w:p>
            <w:r>
              <w:rPr>
                <w:b/>
                <w:sz w:val="14"/>
              </w:rPr>
              <w:t>TALENT</w:t>
            </w:r>
          </w:p>
        </w:tc>
        <w:tc>
          <w:tcPr>
            <w:tcW w:type="dxa" w:w="1134"/>
            <w:shd w:val="clear" w:fill="F0F0F0"/>
          </w:tcPr>
          <w:p>
            <w:r>
              <w:rPr>
                <w:b/>
                <w:sz w:val="14"/>
              </w:rPr>
              <w:t>KAMERA</w:t>
            </w:r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964"/>
          </w:tcPr>
          <w:p>
            <w:r/>
          </w:p>
        </w:tc>
        <w:tc>
          <w:tcPr>
            <w:tcW w:type="dxa" w:w="4082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NOTIZEN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>
              <w:br/>
              <w:br/>
            </w:r>
          </w:p>
        </w:tc>
      </w:tr>
    </w:tbl>
    <w:p>
      <w:pPr>
        <w:spacing w:before="160"/>
        <w:jc w:val="center"/>
      </w:pPr>
      <w:r>
        <w:rPr>
          <w:color w:val="999999"/>
          <w:sz w:val="14"/>
        </w:rPr>
        <w:t>Vorlage von cinedash.app · In Cinedash entsteht die Dispo aus dem Drehplan, mit Wetter, Sonnenzeiten und Krankenhaus.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 Vorlage</dc:title>
  <dc:subject/>
  <dc:creator>Cinedash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